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FB4" w:rsidRPr="001421F1" w:rsidRDefault="001421F1" w:rsidP="001421F1">
      <w:pPr>
        <w:jc w:val="center"/>
        <w:rPr>
          <w:rFonts w:ascii="Times New Roman" w:hAnsi="Times New Roman" w:cs="Times New Roman"/>
          <w:b/>
        </w:rPr>
      </w:pPr>
      <w:r w:rsidRPr="001421F1">
        <w:rPr>
          <w:rFonts w:ascii="Times New Roman" w:hAnsi="Times New Roman" w:cs="Times New Roman"/>
          <w:b/>
          <w:sz w:val="48"/>
        </w:rPr>
        <w:t>ŚWIETLICA SZKOLNA</w:t>
      </w:r>
    </w:p>
    <w:p w:rsidR="00550FB4" w:rsidRPr="001421F1" w:rsidRDefault="00B32D61" w:rsidP="001421F1">
      <w:pPr>
        <w:jc w:val="center"/>
        <w:rPr>
          <w:rFonts w:ascii="Times New Roman" w:hAnsi="Times New Roman" w:cs="Times New Roman"/>
          <w:b/>
        </w:rPr>
      </w:pPr>
      <w:r w:rsidRPr="001421F1">
        <w:rPr>
          <w:rFonts w:ascii="Times New Roman" w:hAnsi="Times New Roman" w:cs="Times New Roman"/>
          <w:b/>
          <w:sz w:val="28"/>
        </w:rPr>
        <w:t>GODZINY PRACY</w:t>
      </w:r>
    </w:p>
    <w:tbl>
      <w:tblPr>
        <w:tblW w:w="0" w:type="auto"/>
        <w:jc w:val="center"/>
        <w:tblBorders>
          <w:top w:val="single" w:sz="10" w:space="0" w:color="7F8C8D"/>
          <w:left w:val="single" w:sz="10" w:space="0" w:color="7F8C8D"/>
          <w:bottom w:val="single" w:sz="10" w:space="0" w:color="7F8C8D"/>
          <w:right w:val="single" w:sz="10" w:space="0" w:color="7F8C8D"/>
          <w:insideH w:val="single" w:sz="10" w:space="0" w:color="7F8C8D"/>
          <w:insideV w:val="single" w:sz="10" w:space="0" w:color="7F8C8D"/>
        </w:tblBorders>
        <w:tblLayout w:type="fixed"/>
        <w:tblLook w:val="04A0" w:firstRow="1" w:lastRow="0" w:firstColumn="1" w:lastColumn="0" w:noHBand="0" w:noVBand="1"/>
      </w:tblPr>
      <w:tblGrid>
        <w:gridCol w:w="5125"/>
        <w:gridCol w:w="6065"/>
      </w:tblGrid>
      <w:tr w:rsidR="00550FB4" w:rsidRPr="001421F1" w:rsidTr="001421F1">
        <w:trPr>
          <w:trHeight w:val="895"/>
          <w:jc w:val="center"/>
        </w:trPr>
        <w:tc>
          <w:tcPr>
            <w:tcW w:w="5125" w:type="dxa"/>
            <w:shd w:val="clear" w:color="auto" w:fill="D9EAF7"/>
            <w:vAlign w:val="center"/>
          </w:tcPr>
          <w:p w:rsidR="00550FB4" w:rsidRPr="001421F1" w:rsidRDefault="00B32D61" w:rsidP="00142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1F1">
              <w:rPr>
                <w:rFonts w:ascii="Times New Roman" w:hAnsi="Times New Roman" w:cs="Times New Roman"/>
                <w:b/>
                <w:sz w:val="24"/>
              </w:rPr>
              <w:t>DZIEŃ</w:t>
            </w:r>
          </w:p>
        </w:tc>
        <w:tc>
          <w:tcPr>
            <w:tcW w:w="6065" w:type="dxa"/>
            <w:shd w:val="clear" w:color="auto" w:fill="D9EAF7"/>
            <w:vAlign w:val="center"/>
          </w:tcPr>
          <w:p w:rsidR="00550FB4" w:rsidRPr="001421F1" w:rsidRDefault="00B32D61" w:rsidP="00142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1F1">
              <w:rPr>
                <w:rFonts w:ascii="Times New Roman" w:hAnsi="Times New Roman" w:cs="Times New Roman"/>
                <w:b/>
                <w:sz w:val="24"/>
              </w:rPr>
              <w:t>GODZINY</w:t>
            </w:r>
          </w:p>
        </w:tc>
      </w:tr>
      <w:tr w:rsidR="00550FB4" w:rsidRPr="001421F1" w:rsidTr="001421F1">
        <w:trPr>
          <w:trHeight w:val="1449"/>
          <w:jc w:val="center"/>
        </w:trPr>
        <w:tc>
          <w:tcPr>
            <w:tcW w:w="5125" w:type="dxa"/>
            <w:vAlign w:val="center"/>
          </w:tcPr>
          <w:p w:rsidR="00550FB4" w:rsidRPr="001421F1" w:rsidRDefault="00B32D61" w:rsidP="00142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1F1">
              <w:rPr>
                <w:rFonts w:ascii="Times New Roman" w:hAnsi="Times New Roman" w:cs="Times New Roman"/>
                <w:b/>
                <w:sz w:val="24"/>
              </w:rPr>
              <w:t>Poniedziałek</w:t>
            </w:r>
          </w:p>
        </w:tc>
        <w:tc>
          <w:tcPr>
            <w:tcW w:w="6065" w:type="dxa"/>
            <w:vAlign w:val="center"/>
          </w:tcPr>
          <w:p w:rsidR="00550FB4" w:rsidRPr="001421F1" w:rsidRDefault="00B32D61" w:rsidP="00142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1F1">
              <w:rPr>
                <w:rFonts w:ascii="Times New Roman" w:hAnsi="Times New Roman" w:cs="Times New Roman"/>
                <w:b/>
                <w:sz w:val="24"/>
              </w:rPr>
              <w:t>07.30 – 9.40</w:t>
            </w:r>
            <w:r w:rsidRPr="001421F1">
              <w:rPr>
                <w:rFonts w:ascii="Times New Roman" w:hAnsi="Times New Roman" w:cs="Times New Roman"/>
                <w:b/>
                <w:sz w:val="24"/>
              </w:rPr>
              <w:br/>
              <w:t>11.30 – 15.10</w:t>
            </w:r>
          </w:p>
        </w:tc>
      </w:tr>
      <w:tr w:rsidR="00550FB4" w:rsidRPr="001421F1" w:rsidTr="001421F1">
        <w:trPr>
          <w:trHeight w:val="1475"/>
          <w:jc w:val="center"/>
        </w:trPr>
        <w:tc>
          <w:tcPr>
            <w:tcW w:w="5125" w:type="dxa"/>
            <w:shd w:val="clear" w:color="auto" w:fill="F4F8FB"/>
            <w:vAlign w:val="center"/>
          </w:tcPr>
          <w:p w:rsidR="00550FB4" w:rsidRPr="001421F1" w:rsidRDefault="00B32D61" w:rsidP="00142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1F1">
              <w:rPr>
                <w:rFonts w:ascii="Times New Roman" w:hAnsi="Times New Roman" w:cs="Times New Roman"/>
                <w:b/>
                <w:sz w:val="24"/>
              </w:rPr>
              <w:t>Wtorek</w:t>
            </w:r>
          </w:p>
        </w:tc>
        <w:tc>
          <w:tcPr>
            <w:tcW w:w="6065" w:type="dxa"/>
            <w:shd w:val="clear" w:color="auto" w:fill="F4F8FB"/>
            <w:vAlign w:val="center"/>
          </w:tcPr>
          <w:p w:rsidR="00550FB4" w:rsidRPr="001421F1" w:rsidRDefault="00B32D61" w:rsidP="00142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1F1">
              <w:rPr>
                <w:rFonts w:ascii="Times New Roman" w:hAnsi="Times New Roman" w:cs="Times New Roman"/>
                <w:b/>
                <w:sz w:val="24"/>
              </w:rPr>
              <w:t>8.30 – 9.40</w:t>
            </w:r>
            <w:r w:rsidRPr="001421F1">
              <w:rPr>
                <w:rFonts w:ascii="Times New Roman" w:hAnsi="Times New Roman" w:cs="Times New Roman"/>
                <w:b/>
                <w:sz w:val="24"/>
              </w:rPr>
              <w:br/>
              <w:t>12.30 – 15.10</w:t>
            </w:r>
          </w:p>
        </w:tc>
      </w:tr>
      <w:tr w:rsidR="00550FB4" w:rsidRPr="001421F1" w:rsidTr="001421F1">
        <w:trPr>
          <w:trHeight w:val="2002"/>
          <w:jc w:val="center"/>
        </w:trPr>
        <w:tc>
          <w:tcPr>
            <w:tcW w:w="5125" w:type="dxa"/>
            <w:vAlign w:val="center"/>
          </w:tcPr>
          <w:p w:rsidR="00550FB4" w:rsidRPr="001421F1" w:rsidRDefault="00B32D61" w:rsidP="00142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1F1">
              <w:rPr>
                <w:rFonts w:ascii="Times New Roman" w:hAnsi="Times New Roman" w:cs="Times New Roman"/>
                <w:b/>
                <w:sz w:val="24"/>
              </w:rPr>
              <w:t>Środa</w:t>
            </w:r>
          </w:p>
        </w:tc>
        <w:tc>
          <w:tcPr>
            <w:tcW w:w="6065" w:type="dxa"/>
            <w:vAlign w:val="center"/>
          </w:tcPr>
          <w:p w:rsidR="00550FB4" w:rsidRPr="001421F1" w:rsidRDefault="00B32D61" w:rsidP="00142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1F1">
              <w:rPr>
                <w:rFonts w:ascii="Times New Roman" w:hAnsi="Times New Roman" w:cs="Times New Roman"/>
                <w:b/>
                <w:sz w:val="24"/>
              </w:rPr>
              <w:t>7.30 – 8.00</w:t>
            </w:r>
            <w:r w:rsidRPr="001421F1">
              <w:rPr>
                <w:rFonts w:ascii="Times New Roman" w:hAnsi="Times New Roman" w:cs="Times New Roman"/>
                <w:b/>
                <w:sz w:val="24"/>
              </w:rPr>
              <w:br/>
            </w:r>
            <w:r w:rsidR="001421F1">
              <w:rPr>
                <w:rFonts w:ascii="Times New Roman" w:hAnsi="Times New Roman" w:cs="Times New Roman"/>
                <w:b/>
                <w:sz w:val="24"/>
              </w:rPr>
              <w:t xml:space="preserve">                         </w:t>
            </w:r>
            <w:bookmarkStart w:id="0" w:name="_GoBack"/>
            <w:bookmarkEnd w:id="0"/>
            <w:r w:rsidRPr="001421F1">
              <w:rPr>
                <w:rFonts w:ascii="Times New Roman" w:hAnsi="Times New Roman" w:cs="Times New Roman"/>
                <w:b/>
                <w:sz w:val="24"/>
              </w:rPr>
              <w:t>13.35 – 14.20  •  Biblioteka</w:t>
            </w:r>
            <w:r w:rsidRPr="001421F1">
              <w:rPr>
                <w:rFonts w:ascii="Times New Roman" w:hAnsi="Times New Roman" w:cs="Times New Roman"/>
                <w:b/>
                <w:sz w:val="24"/>
              </w:rPr>
              <w:br/>
              <w:t>14.25 – 15.10</w:t>
            </w:r>
          </w:p>
        </w:tc>
      </w:tr>
      <w:tr w:rsidR="00550FB4" w:rsidRPr="001421F1" w:rsidTr="001421F1">
        <w:trPr>
          <w:trHeight w:val="1475"/>
          <w:jc w:val="center"/>
        </w:trPr>
        <w:tc>
          <w:tcPr>
            <w:tcW w:w="5125" w:type="dxa"/>
            <w:shd w:val="clear" w:color="auto" w:fill="F4F8FB"/>
            <w:vAlign w:val="center"/>
          </w:tcPr>
          <w:p w:rsidR="00550FB4" w:rsidRPr="001421F1" w:rsidRDefault="00B32D61" w:rsidP="00142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1F1">
              <w:rPr>
                <w:rFonts w:ascii="Times New Roman" w:hAnsi="Times New Roman" w:cs="Times New Roman"/>
                <w:b/>
                <w:sz w:val="24"/>
              </w:rPr>
              <w:t>Czwartek</w:t>
            </w:r>
          </w:p>
        </w:tc>
        <w:tc>
          <w:tcPr>
            <w:tcW w:w="6065" w:type="dxa"/>
            <w:shd w:val="clear" w:color="auto" w:fill="F4F8FB"/>
            <w:vAlign w:val="center"/>
          </w:tcPr>
          <w:p w:rsidR="00550FB4" w:rsidRPr="001421F1" w:rsidRDefault="00B32D61" w:rsidP="00142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1F1">
              <w:rPr>
                <w:rFonts w:ascii="Times New Roman" w:hAnsi="Times New Roman" w:cs="Times New Roman"/>
                <w:b/>
                <w:sz w:val="24"/>
              </w:rPr>
              <w:t>7.30 – 8.00</w:t>
            </w:r>
            <w:r w:rsidRPr="001421F1">
              <w:rPr>
                <w:rFonts w:ascii="Times New Roman" w:hAnsi="Times New Roman" w:cs="Times New Roman"/>
                <w:b/>
                <w:sz w:val="24"/>
              </w:rPr>
              <w:br/>
              <w:t>12.30 – 15.10</w:t>
            </w:r>
          </w:p>
        </w:tc>
      </w:tr>
      <w:tr w:rsidR="00550FB4" w:rsidRPr="001421F1" w:rsidTr="001421F1">
        <w:trPr>
          <w:trHeight w:val="1449"/>
          <w:jc w:val="center"/>
        </w:trPr>
        <w:tc>
          <w:tcPr>
            <w:tcW w:w="5125" w:type="dxa"/>
            <w:vAlign w:val="center"/>
          </w:tcPr>
          <w:p w:rsidR="00550FB4" w:rsidRPr="001421F1" w:rsidRDefault="00B32D61" w:rsidP="00142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1F1">
              <w:rPr>
                <w:rFonts w:ascii="Times New Roman" w:hAnsi="Times New Roman" w:cs="Times New Roman"/>
                <w:b/>
                <w:sz w:val="24"/>
              </w:rPr>
              <w:t>Piątek</w:t>
            </w:r>
          </w:p>
        </w:tc>
        <w:tc>
          <w:tcPr>
            <w:tcW w:w="6065" w:type="dxa"/>
            <w:vAlign w:val="center"/>
          </w:tcPr>
          <w:p w:rsidR="00550FB4" w:rsidRPr="001421F1" w:rsidRDefault="00B32D61" w:rsidP="001421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21F1">
              <w:rPr>
                <w:rFonts w:ascii="Times New Roman" w:hAnsi="Times New Roman" w:cs="Times New Roman"/>
                <w:b/>
                <w:sz w:val="24"/>
              </w:rPr>
              <w:t xml:space="preserve">07.30 – </w:t>
            </w:r>
            <w:r w:rsidRPr="001421F1">
              <w:rPr>
                <w:rFonts w:ascii="Times New Roman" w:hAnsi="Times New Roman" w:cs="Times New Roman"/>
                <w:b/>
                <w:sz w:val="24"/>
              </w:rPr>
              <w:t>09.40</w:t>
            </w:r>
            <w:r w:rsidRPr="001421F1">
              <w:rPr>
                <w:rFonts w:ascii="Times New Roman" w:hAnsi="Times New Roman" w:cs="Times New Roman"/>
                <w:b/>
                <w:sz w:val="24"/>
              </w:rPr>
              <w:br/>
              <w:t>10.45 – 14.30</w:t>
            </w:r>
          </w:p>
        </w:tc>
      </w:tr>
    </w:tbl>
    <w:p w:rsidR="00550FB4" w:rsidRPr="001421F1" w:rsidRDefault="00550FB4" w:rsidP="001421F1">
      <w:pPr>
        <w:jc w:val="center"/>
        <w:rPr>
          <w:rFonts w:ascii="Times New Roman" w:hAnsi="Times New Roman" w:cs="Times New Roman"/>
          <w:b/>
        </w:rPr>
      </w:pPr>
    </w:p>
    <w:sectPr w:rsidR="00550FB4" w:rsidRPr="001421F1" w:rsidSect="00034616">
      <w:pgSz w:w="15840" w:h="12240" w:orient="landscape"/>
      <w:pgMar w:top="794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421F1"/>
    <w:rsid w:val="0015074B"/>
    <w:rsid w:val="0029639D"/>
    <w:rsid w:val="00326F90"/>
    <w:rsid w:val="00550FB4"/>
    <w:rsid w:val="00AA1D8D"/>
    <w:rsid w:val="00B32D61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5E4734"/>
  <w14:defaultImageDpi w14:val="300"/>
  <w15:docId w15:val="{C19D2D34-B098-4F85-80C9-8A085B29B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00D28C6-2115-46D7-ACE5-8B4BB0E5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242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Katarzyna Ruchała</cp:lastModifiedBy>
  <cp:revision>2</cp:revision>
  <dcterms:created xsi:type="dcterms:W3CDTF">2026-09-01T18:03:00Z</dcterms:created>
  <dcterms:modified xsi:type="dcterms:W3CDTF">2026-09-01T18:03:00Z</dcterms:modified>
  <cp:category/>
</cp:coreProperties>
</file>